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/>
      </w:pPr>
      <w:r>
        <w:rPr>
          <w:i/>
          <w:sz w:val="18"/>
        </w:rPr>
        <w:t>Vul de geel gemarkeerde velden in en haal daarna de gele markering weg: selecteer alles (Ctrl+A) en kies bij Tekstmarkeringskleur 'Geen kleur'. Verwijder deze regel voordat u de brief verstuurt.</w:t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4536"/>
        <w:gridCol w:w="4536"/>
      </w:tblGrid>
      <w:tr>
        <w:tc>
          <w:tcPr>
            <w:tcW w:type="dxa" w:w="5386"/>
          </w:tcPr>
          <w:p>
            <w:r/>
            <w:r>
              <w:rPr>
                <w:highlight w:val="yellow"/>
              </w:rPr>
              <w:t>[naam debiteur]</w:t>
            </w:r>
          </w:p>
          <w:p>
            <w:r>
              <w:rPr>
                <w:highlight w:val="yellow"/>
              </w:rPr>
              <w:t>[adres debiteur]</w:t>
            </w:r>
          </w:p>
          <w:p>
            <w:r>
              <w:rPr>
                <w:highlight w:val="yellow"/>
              </w:rPr>
              <w:t>[postcode en plaats debiteur]</w:t>
            </w:r>
          </w:p>
        </w:tc>
        <w:tc>
          <w:tcPr>
            <w:tcW w:type="dxa" w:w="3685"/>
          </w:tcPr>
          <w:p>
            <w:r>
              <w:rPr>
                <w:b/>
              </w:rPr>
              <w:t>Datum:</w:t>
            </w:r>
          </w:p>
          <w:p>
            <w:r>
              <w:rPr>
                <w:highlight w:val="yellow"/>
              </w:rPr>
              <w:t>[plaats]</w:t>
            </w:r>
            <w:r>
              <w:t xml:space="preserve">, </w:t>
            </w:r>
            <w:r>
              <w:rPr>
                <w:highlight w:val="yellow"/>
              </w:rPr>
              <w:t>[verzenddatum]</w:t>
            </w:r>
          </w:p>
        </w:tc>
      </w:tr>
    </w:tbl>
    <w:p>
      <w:pPr>
        <w:spacing w:after="720"/>
      </w:pPr>
    </w:p>
    <w:p>
      <w:pPr>
        <w:spacing w:after="440"/>
      </w:pPr>
      <w:r>
        <w:t xml:space="preserve">Betreft: </w:t>
      </w:r>
      <w:r>
        <w:rPr>
          <w:b/>
        </w:rPr>
        <w:t>Laatste aanmaning</w:t>
      </w:r>
    </w:p>
    <w:p>
      <w:pPr>
        <w:spacing w:after="220"/>
      </w:pPr>
      <w:r>
        <w:t xml:space="preserve">Geachte </w:t>
      </w:r>
      <w:r>
        <w:rPr>
          <w:highlight w:val="yellow"/>
        </w:rPr>
        <w:t>[heer/mevrouw]</w:t>
      </w:r>
      <w:r>
        <w:t xml:space="preserve"> </w:t>
      </w:r>
      <w:r>
        <w:rPr>
          <w:highlight w:val="yellow"/>
        </w:rPr>
        <w:t>[achternaam contactpersoon]</w:t>
      </w:r>
      <w:r>
        <w:t>,</w:t>
      </w:r>
    </w:p>
    <w:p>
      <w:pPr>
        <w:spacing w:after="220"/>
      </w:pPr>
      <w:r>
        <w:t>U bent in gebreke gebleven met het nakomen van uw betalingsverplichting inzake onderstaande factu(u)r(en) jegens ons. Ondanks de aan u gezonden factu(u)r(en) heeft u nagelaten deze tijdig te voldoen.</w:t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Factuurnummer</w:t>
            </w:r>
          </w:p>
        </w:tc>
        <w:tc>
          <w:tcPr>
            <w:tcW w:type="dxa" w:w="3024"/>
          </w:tcPr>
          <w:p>
            <w:r>
              <w:rPr>
                <w:b/>
              </w:rPr>
              <w:t>Factuurdatum</w:t>
            </w:r>
          </w:p>
        </w:tc>
        <w:tc>
          <w:tcPr>
            <w:tcW w:type="dxa" w:w="3024"/>
          </w:tcPr>
          <w:p>
            <w:r>
              <w:rPr>
                <w:b/>
              </w:rPr>
              <w:t>Factuurbedrag</w:t>
            </w:r>
          </w:p>
        </w:tc>
      </w:tr>
      <w:tr>
        <w:tc>
          <w:tcPr>
            <w:tcW w:type="dxa" w:w="3024"/>
          </w:tcPr>
          <w:p>
            <w:r>
              <w:rPr>
                <w:highlight w:val="yellow"/>
              </w:rPr>
              <w:t>[factuurnummer]</w:t>
            </w:r>
          </w:p>
        </w:tc>
        <w:tc>
          <w:tcPr>
            <w:tcW w:type="dxa" w:w="3024"/>
          </w:tcPr>
          <w:p>
            <w:r>
              <w:rPr>
                <w:highlight w:val="yellow"/>
              </w:rPr>
              <w:t>[datum]</w:t>
            </w:r>
          </w:p>
        </w:tc>
        <w:tc>
          <w:tcPr>
            <w:tcW w:type="dxa" w:w="3024"/>
          </w:tcPr>
          <w:p>
            <w:r>
              <w:t xml:space="preserve">€ </w:t>
            </w:r>
            <w:r>
              <w:rPr>
                <w:highlight w:val="yellow"/>
              </w:rPr>
              <w:t>[bedrag]</w:t>
            </w:r>
          </w:p>
        </w:tc>
      </w:tr>
      <w:tr>
        <w:tc>
          <w:tcPr>
            <w:tcW w:type="dxa" w:w="3024"/>
          </w:tcPr>
          <w:p>
            <w:r>
              <w:rPr>
                <w:highlight w:val="yellow"/>
              </w:rPr>
              <w:t>[factuurnummer]</w:t>
            </w:r>
          </w:p>
        </w:tc>
        <w:tc>
          <w:tcPr>
            <w:tcW w:type="dxa" w:w="3024"/>
          </w:tcPr>
          <w:p>
            <w:r>
              <w:rPr>
                <w:highlight w:val="yellow"/>
              </w:rPr>
              <w:t>[datum]</w:t>
            </w:r>
          </w:p>
        </w:tc>
        <w:tc>
          <w:tcPr>
            <w:tcW w:type="dxa" w:w="3024"/>
          </w:tcPr>
          <w:p>
            <w:r>
              <w:t xml:space="preserve">€ </w:t>
            </w:r>
            <w:r>
              <w:rPr>
                <w:highlight w:val="yellow"/>
              </w:rPr>
              <w:t>[bedrag]</w:t>
            </w:r>
          </w:p>
        </w:tc>
      </w:tr>
      <w:tr>
        <w:tc>
          <w:tcPr>
            <w:tcW w:type="dxa" w:w="3024"/>
          </w:tcPr>
          <w:p/>
        </w:tc>
        <w:tc>
          <w:tcPr>
            <w:tcW w:type="dxa" w:w="3024"/>
          </w:tcPr>
          <w:p>
            <w:r>
              <w:rPr>
                <w:b/>
              </w:rPr>
              <w:t>Totaalbedrag</w:t>
            </w:r>
          </w:p>
        </w:tc>
        <w:tc>
          <w:tcPr>
            <w:tcW w:type="dxa" w:w="3024"/>
          </w:tcPr>
          <w:p>
            <w:r>
              <w:t xml:space="preserve">€ </w:t>
            </w:r>
            <w:r>
              <w:rPr>
                <w:highlight w:val="yellow"/>
              </w:rPr>
              <w:t>[totaalbedrag]</w:t>
            </w:r>
          </w:p>
        </w:tc>
      </w:tr>
    </w:tbl>
    <w:p>
      <w:pPr>
        <w:spacing w:after="120"/>
      </w:pPr>
    </w:p>
    <w:p>
      <w:pPr>
        <w:spacing w:after="220"/>
      </w:pPr>
      <w:r>
        <w:t xml:space="preserve">Wij verzoeken u vriendelijk het openstaande bedrag van € </w:t>
      </w:r>
      <w:r>
        <w:rPr>
          <w:highlight w:val="yellow"/>
        </w:rPr>
        <w:t>[totaalbedrag]</w:t>
      </w:r>
      <w:r>
        <w:t xml:space="preserve"> binnen zeven dagen te betalen op rekeningnummer </w:t>
      </w:r>
      <w:r>
        <w:rPr>
          <w:highlight w:val="yellow"/>
        </w:rPr>
        <w:t>[uw IBAN]</w:t>
      </w:r>
      <w:r>
        <w:t xml:space="preserve"> ten name van </w:t>
      </w:r>
      <w:r>
        <w:rPr>
          <w:highlight w:val="yellow"/>
        </w:rPr>
        <w:t>[uw bedrijfsnaam]</w:t>
      </w:r>
      <w:r>
        <w:t xml:space="preserve">, onder vermelding van </w:t>
      </w:r>
      <w:r>
        <w:rPr>
          <w:highlight w:val="yellow"/>
        </w:rPr>
        <w:t>[factuurnummer(s)]</w:t>
      </w:r>
      <w:r>
        <w:t>.</w:t>
      </w:r>
    </w:p>
    <w:p>
      <w:pPr>
        <w:spacing w:after="220"/>
      </w:pPr>
      <w:r>
        <w:t>Indien wij het openstaande bedrag niet binnen de hiervoor gestelde termijn hebben ontvangen, geven wij onze vordering uit handen aan Bill Incasso B.V.</w:t>
      </w:r>
    </w:p>
    <w:p>
      <w:pPr>
        <w:spacing w:after="220"/>
      </w:pPr>
      <w:r>
        <w:t>Heeft u het verschuldigde bedrag inmiddels overgemaakt? Dan kunt u deze brief als niet verzonden beschouwen.</w:t>
      </w:r>
    </w:p>
    <w:p>
      <w:pPr>
        <w:spacing w:after="600"/>
      </w:pPr>
      <w:r>
        <w:t>Met vriendelijke groet,</w:t>
      </w:r>
    </w:p>
    <w:p>
      <w:pPr>
        <w:spacing w:after="220"/>
      </w:pPr>
      <w:r>
        <w:rPr>
          <w:highlight w:val="yellow"/>
        </w:rPr>
        <w:t>[uw handtekening]</w:t>
      </w:r>
    </w:p>
    <w:p>
      <w:pPr>
        <w:spacing w:after="0"/>
      </w:pPr>
      <w:r>
        <w:rPr>
          <w:highlight w:val="yellow"/>
        </w:rPr>
        <w:t>[uw naam]</w:t>
      </w:r>
    </w:p>
    <w:p>
      <w:pPr>
        <w:spacing w:after="0"/>
      </w:pPr>
      <w:r>
        <w:rPr>
          <w:highlight w:val="yellow"/>
        </w:rPr>
        <w:t>[uw functie]</w:t>
      </w:r>
    </w:p>
    <w:p>
      <w:pPr>
        <w:spacing w:after="0"/>
      </w:pPr>
      <w:r>
        <w:rPr>
          <w:highlight w:val="yellow"/>
        </w:rPr>
        <w:t>[uw bedrijfsnaam]</w:t>
      </w:r>
    </w:p>
    <w:sectPr w:rsidR="00FC693F" w:rsidRPr="0006063C" w:rsidSect="00034616">
      <w:pgSz w:w="11906" w:h="16838"/>
      <w:pgMar w:top="1984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Voorbeeld laatste aanmaning aan een bedrijf</dc:title>
  <dc:subject/>
  <dc:creator>Bill Incasso</dc:creator>
  <cp:keywords/>
  <dc:description>Voorbeeldbrief van billincasso.nl. Vul de geel gemarkeerde velden in.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